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A6A9" w14:textId="77777777" w:rsidR="00780FC0" w:rsidRPr="00474BED" w:rsidRDefault="00000000">
      <w:pPr>
        <w:pStyle w:val="Ttulo"/>
        <w:rPr>
          <w:lang w:val="pt-BR"/>
        </w:rPr>
      </w:pPr>
      <w:r w:rsidRPr="00474BED">
        <w:rPr>
          <w:lang w:val="pt-BR"/>
        </w:rPr>
        <w:t>Josilene Sobreira Rodrigues Coutinho</w:t>
      </w:r>
    </w:p>
    <w:p w14:paraId="1B4EA785" w14:textId="4CEFBFDF" w:rsidR="00780FC0" w:rsidRPr="00474BED" w:rsidRDefault="00000000">
      <w:pPr>
        <w:rPr>
          <w:lang w:val="pt-BR"/>
        </w:rPr>
      </w:pPr>
      <w:r w:rsidRPr="00474BED">
        <w:rPr>
          <w:lang w:val="pt-BR"/>
        </w:rPr>
        <w:t>Juiz de Fora – MG | (32) 99149-9985 | silecout@gmail.com</w:t>
      </w:r>
      <w:r w:rsidRPr="00474BED">
        <w:rPr>
          <w:lang w:val="pt-BR"/>
        </w:rPr>
        <w:br/>
        <w:t>LinkedIn: https://www.linkedin.com/in/josilene-sobreira-r-coutinho-578218310/</w:t>
      </w:r>
      <w:r w:rsidRPr="00474BED">
        <w:rPr>
          <w:lang w:val="pt-BR"/>
        </w:rPr>
        <w:br/>
        <w:t>GitHub: https://github.com/SileCout</w:t>
      </w:r>
      <w:r w:rsidRPr="00474BED">
        <w:rPr>
          <w:lang w:val="pt-BR"/>
        </w:rPr>
        <w:br/>
        <w:t xml:space="preserve">Portfólio: </w:t>
      </w:r>
      <w:hyperlink r:id="rId6" w:history="1">
        <w:r w:rsidR="00C64C54" w:rsidRPr="001E3696">
          <w:rPr>
            <w:rStyle w:val="Hyperlink"/>
            <w:lang w:val="pt-BR"/>
          </w:rPr>
          <w:t>https://silecout.github.io/portfolio-josilene/</w:t>
        </w:r>
      </w:hyperlink>
      <w:r w:rsidRPr="00474BED">
        <w:rPr>
          <w:lang w:val="pt-BR"/>
        </w:rPr>
        <w:br/>
        <w:t>Lattes: https://lattes.cnpq.br/5287260254656725</w:t>
      </w:r>
    </w:p>
    <w:p w14:paraId="337D5230" w14:textId="77777777" w:rsidR="00780FC0" w:rsidRPr="00474BED" w:rsidRDefault="00000000">
      <w:pPr>
        <w:pStyle w:val="Ttulo1"/>
        <w:rPr>
          <w:lang w:val="pt-BR"/>
        </w:rPr>
      </w:pPr>
      <w:r w:rsidRPr="00474BED">
        <w:rPr>
          <w:lang w:val="pt-BR"/>
        </w:rPr>
        <w:t>Objetivo</w:t>
      </w:r>
    </w:p>
    <w:p w14:paraId="69C6D01B" w14:textId="77777777" w:rsidR="00780FC0" w:rsidRPr="00474BED" w:rsidRDefault="00000000">
      <w:pPr>
        <w:rPr>
          <w:lang w:val="pt-BR"/>
        </w:rPr>
      </w:pPr>
      <w:r w:rsidRPr="00474BED">
        <w:rPr>
          <w:lang w:val="pt-BR"/>
        </w:rPr>
        <w:t>Estágio ou oportunidade inicial na área de tecnologia, com interesse em desenvolvimento de software, testes de sistemas e soluções tecnológicas. Busco aplicar conhecimentos em programação, lógica e desenvolvimento web enquanto adquiro experiência prática na área de TI.</w:t>
      </w:r>
    </w:p>
    <w:p w14:paraId="0B2A7F64" w14:textId="77777777" w:rsidR="00780FC0" w:rsidRPr="00474BED" w:rsidRDefault="00000000">
      <w:pPr>
        <w:pStyle w:val="Ttulo1"/>
        <w:rPr>
          <w:lang w:val="pt-BR"/>
        </w:rPr>
      </w:pPr>
      <w:r w:rsidRPr="00474BED">
        <w:rPr>
          <w:lang w:val="pt-BR"/>
        </w:rPr>
        <w:t>Resumo Profissional</w:t>
      </w:r>
    </w:p>
    <w:p w14:paraId="297E3CF2" w14:textId="200D3FE1" w:rsidR="00474BED" w:rsidRPr="00474BED" w:rsidRDefault="00F31EFF" w:rsidP="00C17F41">
      <w:pPr>
        <w:rPr>
          <w:b/>
          <w:bCs/>
          <w:lang w:val="pt-BR"/>
        </w:rPr>
      </w:pPr>
      <w:r w:rsidRPr="00F31EFF">
        <w:rPr>
          <w:lang w:val="pt-BR"/>
        </w:rPr>
        <w:t xml:space="preserve">Estudante de Análise e Desenvolvimento de Sistemas em transição de carreira para a área de tecnologia. Desenvolvo projetos próprios em desenvolvimento web e mobile utilizando HTML, CSS, </w:t>
      </w:r>
      <w:proofErr w:type="spellStart"/>
      <w:r w:rsidRPr="00F31EFF">
        <w:rPr>
          <w:lang w:val="pt-BR"/>
        </w:rPr>
        <w:t>JavaScript</w:t>
      </w:r>
      <w:proofErr w:type="spellEnd"/>
      <w:r w:rsidRPr="00F31EFF">
        <w:rPr>
          <w:lang w:val="pt-BR"/>
        </w:rPr>
        <w:t xml:space="preserve">, </w:t>
      </w:r>
      <w:proofErr w:type="spellStart"/>
      <w:r w:rsidRPr="00F31EFF">
        <w:rPr>
          <w:lang w:val="pt-BR"/>
        </w:rPr>
        <w:t>React</w:t>
      </w:r>
      <w:proofErr w:type="spellEnd"/>
      <w:r w:rsidRPr="00F31EFF">
        <w:rPr>
          <w:lang w:val="pt-BR"/>
        </w:rPr>
        <w:t xml:space="preserve">, </w:t>
      </w:r>
      <w:proofErr w:type="spellStart"/>
      <w:r w:rsidRPr="00F31EFF">
        <w:rPr>
          <w:lang w:val="pt-BR"/>
        </w:rPr>
        <w:t>React</w:t>
      </w:r>
      <w:proofErr w:type="spellEnd"/>
      <w:r w:rsidRPr="00F31EFF">
        <w:rPr>
          <w:lang w:val="pt-BR"/>
        </w:rPr>
        <w:t xml:space="preserve"> </w:t>
      </w:r>
      <w:proofErr w:type="spellStart"/>
      <w:r w:rsidRPr="00F31EFF">
        <w:rPr>
          <w:lang w:val="pt-BR"/>
        </w:rPr>
        <w:t>Native</w:t>
      </w:r>
      <w:proofErr w:type="spellEnd"/>
      <w:r w:rsidRPr="00F31EFF">
        <w:rPr>
          <w:lang w:val="pt-BR"/>
        </w:rPr>
        <w:t xml:space="preserve">, Python, </w:t>
      </w:r>
      <w:proofErr w:type="spellStart"/>
      <w:r w:rsidRPr="00F31EFF">
        <w:rPr>
          <w:lang w:val="pt-BR"/>
        </w:rPr>
        <w:t>FastAPI</w:t>
      </w:r>
      <w:proofErr w:type="spellEnd"/>
      <w:r w:rsidRPr="00F31EFF">
        <w:rPr>
          <w:lang w:val="pt-BR"/>
        </w:rPr>
        <w:t xml:space="preserve"> e PostgreSQL. Possuo portfólio online e projetos publicados no GitHub, além de experiência profissional que fortaleceu competências como organização, pensamento analítico, comunicação, trabalho em equipe e tomada de decisão.</w:t>
      </w:r>
      <w:r w:rsidR="00C17F41">
        <w:rPr>
          <w:lang w:val="pt-BR"/>
        </w:rPr>
        <w:br/>
      </w:r>
      <w:r w:rsidR="00C17F41">
        <w:rPr>
          <w:lang w:val="pt-BR"/>
        </w:rPr>
        <w:br/>
      </w:r>
      <w:r w:rsidR="00474BED" w:rsidRPr="00474BED">
        <w:rPr>
          <w:lang w:val="pt-BR"/>
        </w:rPr>
        <w:t>Formação Acadêmica</w:t>
      </w:r>
      <w:r w:rsidR="00F040E7">
        <w:rPr>
          <w:lang w:val="pt-BR"/>
        </w:rPr>
        <w:br/>
      </w:r>
      <w:r w:rsidR="00474BED" w:rsidRPr="00474BED">
        <w:rPr>
          <w:lang w:val="pt-BR"/>
        </w:rPr>
        <w:t xml:space="preserve">Análise e Desenvolvimento de Sistemas – </w:t>
      </w:r>
      <w:proofErr w:type="spellStart"/>
      <w:r w:rsidR="00C17F41">
        <w:rPr>
          <w:lang w:val="pt-BR"/>
        </w:rPr>
        <w:t>D</w:t>
      </w:r>
      <w:r w:rsidR="00474BED" w:rsidRPr="00474BED">
        <w:rPr>
          <w:lang w:val="pt-BR"/>
        </w:rPr>
        <w:t>octum</w:t>
      </w:r>
      <w:proofErr w:type="spellEnd"/>
      <w:r w:rsidR="00474BED" w:rsidRPr="00474BED">
        <w:rPr>
          <w:lang w:val="pt-BR"/>
        </w:rPr>
        <w:t>, Juiz de Fora/MG (2025 – Cursando, 2º período)</w:t>
      </w:r>
      <w:r w:rsidR="00474BED" w:rsidRPr="00474BED">
        <w:rPr>
          <w:lang w:val="pt-BR"/>
        </w:rPr>
        <w:br/>
        <w:t>Especialização: Gestão em serviços de enfermagem (12/06/2023 a 20/05/2025) Faculdade Iguaçu.</w:t>
      </w:r>
      <w:r w:rsidR="00474BED" w:rsidRPr="00474BED">
        <w:rPr>
          <w:lang w:val="pt-BR"/>
        </w:rPr>
        <w:br/>
        <w:t>MBA executivo em Gestão de Serviços de Emergências   (20/06/2024 a 26/11/2025)   Faculdade Iguaçu</w:t>
      </w:r>
      <w:r w:rsidR="00474BED" w:rsidRPr="00474BED">
        <w:rPr>
          <w:lang w:val="pt-BR"/>
        </w:rPr>
        <w:br/>
        <w:t>Gestão em Saúde e Administração Hospitalar (12/06/2023 a 10/12/2024) Faculdade Iguaçu</w:t>
      </w:r>
      <w:r w:rsidR="00474BED" w:rsidRPr="00474BED">
        <w:rPr>
          <w:lang w:val="pt-BR"/>
        </w:rPr>
        <w:br/>
        <w:t>Graduação em Enfermagem – Centro Universitário Estácio – Juiz de Fora/MG (2017 – 2023)</w:t>
      </w:r>
      <w:r w:rsidR="00474BED" w:rsidRPr="00474BED">
        <w:rPr>
          <w:lang w:val="pt-BR"/>
        </w:rPr>
        <w:br/>
        <w:t>Técnico em Enfermagem – Impacto Escola de Saúde (2014 – 2016)</w:t>
      </w:r>
      <w:r w:rsidR="00474BED" w:rsidRPr="00474BED">
        <w:rPr>
          <w:lang w:val="pt-BR"/>
        </w:rPr>
        <w:br/>
        <w:t xml:space="preserve">Instrumentação Cirúrgica – Elizabeth </w:t>
      </w:r>
      <w:proofErr w:type="spellStart"/>
      <w:r w:rsidR="00474BED" w:rsidRPr="00474BED">
        <w:rPr>
          <w:lang w:val="pt-BR"/>
        </w:rPr>
        <w:t>Rombach</w:t>
      </w:r>
      <w:proofErr w:type="spellEnd"/>
      <w:r w:rsidR="00474BED" w:rsidRPr="00474BED">
        <w:rPr>
          <w:lang w:val="pt-BR"/>
        </w:rPr>
        <w:t xml:space="preserve"> (2015)</w:t>
      </w:r>
    </w:p>
    <w:p w14:paraId="6F9D0598" w14:textId="77777777" w:rsidR="00780FC0" w:rsidRPr="00474BED" w:rsidRDefault="00000000">
      <w:pPr>
        <w:pStyle w:val="Ttulo1"/>
        <w:rPr>
          <w:lang w:val="pt-BR"/>
        </w:rPr>
      </w:pPr>
      <w:r w:rsidRPr="00474BED">
        <w:rPr>
          <w:lang w:val="pt-BR"/>
        </w:rPr>
        <w:t>Formação em Tecnologia</w:t>
      </w:r>
    </w:p>
    <w:p w14:paraId="71849DBE" w14:textId="66C24C9E" w:rsidR="00780FC0" w:rsidRPr="00474BED" w:rsidRDefault="00000000">
      <w:pPr>
        <w:rPr>
          <w:lang w:val="pt-BR"/>
        </w:rPr>
      </w:pPr>
      <w:r w:rsidRPr="00474BED">
        <w:rPr>
          <w:lang w:val="pt-BR"/>
        </w:rPr>
        <w:t xml:space="preserve">Full Stack – Byte </w:t>
      </w:r>
      <w:proofErr w:type="spellStart"/>
      <w:r w:rsidRPr="00474BED">
        <w:rPr>
          <w:lang w:val="pt-BR"/>
        </w:rPr>
        <w:t>Class</w:t>
      </w:r>
      <w:proofErr w:type="spellEnd"/>
      <w:r w:rsidRPr="00474BED">
        <w:rPr>
          <w:lang w:val="pt-BR"/>
        </w:rPr>
        <w:t xml:space="preserve"> (presencial) – Em andamento</w:t>
      </w:r>
      <w:r w:rsidR="005A79C9">
        <w:rPr>
          <w:lang w:val="pt-BR"/>
        </w:rPr>
        <w:br/>
      </w:r>
      <w:r w:rsidRPr="00474BED">
        <w:rPr>
          <w:lang w:val="pt-BR"/>
        </w:rPr>
        <w:t>Programação – Hashtag Treinamentos – Em andamento</w:t>
      </w:r>
      <w:r w:rsidR="005A79C9">
        <w:rPr>
          <w:lang w:val="pt-BR"/>
        </w:rPr>
        <w:br/>
      </w:r>
      <w:proofErr w:type="spellStart"/>
      <w:r w:rsidRPr="00474BED">
        <w:rPr>
          <w:lang w:val="pt-BR"/>
        </w:rPr>
        <w:lastRenderedPageBreak/>
        <w:t>Salesforce</w:t>
      </w:r>
      <w:proofErr w:type="spellEnd"/>
      <w:r w:rsidRPr="00474BED">
        <w:rPr>
          <w:lang w:val="pt-BR"/>
        </w:rPr>
        <w:t xml:space="preserve"> – </w:t>
      </w:r>
      <w:proofErr w:type="spellStart"/>
      <w:r w:rsidRPr="00474BED">
        <w:rPr>
          <w:lang w:val="pt-BR"/>
        </w:rPr>
        <w:t>Salesforce</w:t>
      </w:r>
      <w:proofErr w:type="spellEnd"/>
      <w:r w:rsidRPr="00474BED">
        <w:rPr>
          <w:lang w:val="pt-BR"/>
        </w:rPr>
        <w:t xml:space="preserve"> Corporation – Em andamento</w:t>
      </w:r>
      <w:r w:rsidR="005A79C9">
        <w:rPr>
          <w:lang w:val="pt-BR"/>
        </w:rPr>
        <w:br/>
      </w:r>
      <w:proofErr w:type="spellStart"/>
      <w:r w:rsidR="005A79C9">
        <w:rPr>
          <w:lang w:val="pt-BR"/>
        </w:rPr>
        <w:t>Codi</w:t>
      </w:r>
      <w:proofErr w:type="spellEnd"/>
      <w:r w:rsidR="005A79C9">
        <w:rPr>
          <w:lang w:val="pt-BR"/>
        </w:rPr>
        <w:t xml:space="preserve"> </w:t>
      </w:r>
      <w:proofErr w:type="spellStart"/>
      <w:r w:rsidR="005A79C9">
        <w:rPr>
          <w:lang w:val="pt-BR"/>
        </w:rPr>
        <w:t>Academy</w:t>
      </w:r>
      <w:proofErr w:type="spellEnd"/>
      <w:r w:rsidR="005A79C9">
        <w:rPr>
          <w:lang w:val="pt-BR"/>
        </w:rPr>
        <w:t xml:space="preserve"> – IA </w:t>
      </w:r>
      <w:proofErr w:type="spellStart"/>
      <w:r w:rsidR="005A79C9">
        <w:rPr>
          <w:lang w:val="pt-BR"/>
        </w:rPr>
        <w:t>Developer</w:t>
      </w:r>
      <w:proofErr w:type="spellEnd"/>
      <w:r w:rsidR="005A79C9">
        <w:rPr>
          <w:lang w:val="pt-BR"/>
        </w:rPr>
        <w:t xml:space="preserve"> </w:t>
      </w:r>
      <w:r w:rsidR="00713B5F">
        <w:rPr>
          <w:lang w:val="pt-BR"/>
        </w:rPr>
        <w:t>– Em andamento</w:t>
      </w:r>
    </w:p>
    <w:p w14:paraId="07A46E13" w14:textId="72CC27C1" w:rsidR="00780FC0" w:rsidRDefault="00000000">
      <w:pPr>
        <w:rPr>
          <w:lang w:val="pt-BR"/>
        </w:rPr>
      </w:pPr>
      <w:r w:rsidRPr="00474BED">
        <w:rPr>
          <w:lang w:val="pt-BR"/>
        </w:rPr>
        <w:t xml:space="preserve">Inglês – </w:t>
      </w:r>
      <w:proofErr w:type="spellStart"/>
      <w:r w:rsidRPr="00474BED">
        <w:rPr>
          <w:lang w:val="pt-BR"/>
        </w:rPr>
        <w:t>Salesforce</w:t>
      </w:r>
      <w:proofErr w:type="spellEnd"/>
      <w:r w:rsidRPr="00474BED">
        <w:rPr>
          <w:lang w:val="pt-BR"/>
        </w:rPr>
        <w:t xml:space="preserve"> Corporation – Em andamento</w:t>
      </w:r>
      <w:r w:rsidR="005A79C9">
        <w:rPr>
          <w:lang w:val="pt-BR"/>
        </w:rPr>
        <w:br/>
      </w:r>
    </w:p>
    <w:p w14:paraId="21EDC42A" w14:textId="77777777" w:rsidR="005A79C9" w:rsidRPr="00474BED" w:rsidRDefault="005A79C9">
      <w:pPr>
        <w:rPr>
          <w:lang w:val="pt-BR"/>
        </w:rPr>
      </w:pPr>
    </w:p>
    <w:p w14:paraId="4A1F7FAE" w14:textId="77777777" w:rsidR="00780FC0" w:rsidRPr="00474BED" w:rsidRDefault="00000000">
      <w:pPr>
        <w:pStyle w:val="Ttulo1"/>
        <w:rPr>
          <w:lang w:val="pt-BR"/>
        </w:rPr>
      </w:pPr>
      <w:r w:rsidRPr="00474BED">
        <w:rPr>
          <w:lang w:val="pt-BR"/>
        </w:rPr>
        <w:t>Competências em Tecnologia</w:t>
      </w:r>
    </w:p>
    <w:p w14:paraId="59ECA1A6" w14:textId="77777777" w:rsidR="00F50FA0" w:rsidRPr="00C64C54" w:rsidRDefault="00F50FA0" w:rsidP="00F50FA0">
      <w:pPr>
        <w:rPr>
          <w:lang w:val="pt-BR"/>
        </w:rPr>
      </w:pPr>
      <w:r w:rsidRPr="00C64C54">
        <w:rPr>
          <w:b/>
          <w:bCs/>
          <w:lang w:val="pt-BR"/>
        </w:rPr>
        <w:t>Linguagens</w:t>
      </w:r>
    </w:p>
    <w:p w14:paraId="24134461" w14:textId="3487E035" w:rsidR="00F50FA0" w:rsidRPr="00C64C54" w:rsidRDefault="00EF58AE" w:rsidP="00EF58AE">
      <w:pPr>
        <w:rPr>
          <w:lang w:val="pt-BR"/>
        </w:rPr>
      </w:pPr>
      <w:r w:rsidRPr="00C64C54">
        <w:rPr>
          <w:lang w:val="pt-BR"/>
        </w:rPr>
        <w:t xml:space="preserve">• </w:t>
      </w:r>
      <w:proofErr w:type="spellStart"/>
      <w:r w:rsidR="00F50FA0" w:rsidRPr="00C64C54">
        <w:rPr>
          <w:lang w:val="pt-BR"/>
        </w:rPr>
        <w:t>JavaScript</w:t>
      </w:r>
      <w:proofErr w:type="spellEnd"/>
      <w:r w:rsidR="00F50FA0" w:rsidRPr="00C64C54">
        <w:rPr>
          <w:lang w:val="pt-BR"/>
        </w:rPr>
        <w:t xml:space="preserve">    </w:t>
      </w:r>
      <w:r w:rsidRPr="00C64C54">
        <w:rPr>
          <w:lang w:val="pt-BR"/>
        </w:rPr>
        <w:t>•</w:t>
      </w:r>
      <w:r w:rsidR="00F50FA0" w:rsidRPr="00C64C54">
        <w:rPr>
          <w:lang w:val="pt-BR"/>
        </w:rPr>
        <w:t xml:space="preserve"> Python     </w:t>
      </w:r>
      <w:r w:rsidRPr="00C64C54">
        <w:rPr>
          <w:lang w:val="pt-BR"/>
        </w:rPr>
        <w:t>•</w:t>
      </w:r>
      <w:r w:rsidR="00F50FA0" w:rsidRPr="00C64C54">
        <w:rPr>
          <w:lang w:val="pt-BR"/>
        </w:rPr>
        <w:t xml:space="preserve"> HTML5    </w:t>
      </w:r>
      <w:r w:rsidRPr="00C64C54">
        <w:rPr>
          <w:lang w:val="pt-BR"/>
        </w:rPr>
        <w:t>•</w:t>
      </w:r>
      <w:r w:rsidR="00F50FA0" w:rsidRPr="00C64C54">
        <w:rPr>
          <w:lang w:val="pt-BR"/>
        </w:rPr>
        <w:t xml:space="preserve"> CSS3 </w:t>
      </w:r>
    </w:p>
    <w:p w14:paraId="1232FE21" w14:textId="77777777" w:rsidR="00F50FA0" w:rsidRPr="00C64C54" w:rsidRDefault="00F50FA0" w:rsidP="00F50FA0">
      <w:pPr>
        <w:rPr>
          <w:lang w:val="pt-BR"/>
        </w:rPr>
      </w:pPr>
      <w:r w:rsidRPr="00C64C54">
        <w:rPr>
          <w:b/>
          <w:bCs/>
          <w:lang w:val="pt-BR"/>
        </w:rPr>
        <w:t>Frameworks</w:t>
      </w:r>
    </w:p>
    <w:p w14:paraId="466BFB78" w14:textId="35018206" w:rsidR="00F50FA0" w:rsidRPr="00F50FA0" w:rsidRDefault="00EF58AE" w:rsidP="00EF58AE">
      <w:pPr>
        <w:rPr>
          <w:lang w:val="pt-BR"/>
        </w:rPr>
      </w:pPr>
      <w:r w:rsidRPr="00C64C54">
        <w:rPr>
          <w:lang w:val="pt-BR"/>
        </w:rPr>
        <w:t xml:space="preserve">• </w:t>
      </w:r>
      <w:proofErr w:type="spellStart"/>
      <w:r w:rsidR="00F50FA0" w:rsidRPr="00F50FA0">
        <w:rPr>
          <w:lang w:val="pt-BR"/>
        </w:rPr>
        <w:t>React</w:t>
      </w:r>
      <w:proofErr w:type="spellEnd"/>
      <w:r w:rsidR="00F50FA0" w:rsidRPr="00F50FA0">
        <w:rPr>
          <w:lang w:val="pt-BR"/>
        </w:rPr>
        <w:t xml:space="preserve"> </w:t>
      </w:r>
      <w:r w:rsidR="00F50FA0">
        <w:rPr>
          <w:lang w:val="pt-BR"/>
        </w:rPr>
        <w:t xml:space="preserve">    </w:t>
      </w:r>
      <w:r w:rsidRPr="00C64C54">
        <w:rPr>
          <w:lang w:val="pt-BR"/>
        </w:rPr>
        <w:t xml:space="preserve">• </w:t>
      </w:r>
      <w:proofErr w:type="spellStart"/>
      <w:r w:rsidR="00F50FA0" w:rsidRPr="00F50FA0">
        <w:rPr>
          <w:lang w:val="pt-BR"/>
        </w:rPr>
        <w:t>React</w:t>
      </w:r>
      <w:proofErr w:type="spellEnd"/>
      <w:r w:rsidR="00F50FA0" w:rsidRPr="00F50FA0">
        <w:rPr>
          <w:lang w:val="pt-BR"/>
        </w:rPr>
        <w:t xml:space="preserve"> </w:t>
      </w:r>
      <w:proofErr w:type="spellStart"/>
      <w:r w:rsidR="00F50FA0" w:rsidRPr="00F50FA0">
        <w:rPr>
          <w:lang w:val="pt-BR"/>
        </w:rPr>
        <w:t>Native</w:t>
      </w:r>
      <w:proofErr w:type="spellEnd"/>
      <w:r w:rsidR="00F50FA0" w:rsidRPr="00F50FA0">
        <w:rPr>
          <w:lang w:val="pt-BR"/>
        </w:rPr>
        <w:t xml:space="preserve"> </w:t>
      </w:r>
      <w:r w:rsidR="00F50FA0">
        <w:rPr>
          <w:lang w:val="pt-BR"/>
        </w:rPr>
        <w:t xml:space="preserve">   </w:t>
      </w:r>
      <w:r w:rsidRPr="00C64C54">
        <w:rPr>
          <w:lang w:val="pt-BR"/>
        </w:rPr>
        <w:t xml:space="preserve">• </w:t>
      </w:r>
      <w:proofErr w:type="spellStart"/>
      <w:r w:rsidR="00F50FA0" w:rsidRPr="00F50FA0">
        <w:rPr>
          <w:lang w:val="pt-BR"/>
        </w:rPr>
        <w:t>FastAPI</w:t>
      </w:r>
      <w:proofErr w:type="spellEnd"/>
      <w:r w:rsidR="00F50FA0" w:rsidRPr="00F50FA0">
        <w:rPr>
          <w:lang w:val="pt-BR"/>
        </w:rPr>
        <w:t xml:space="preserve"> </w:t>
      </w:r>
    </w:p>
    <w:p w14:paraId="379B0C27" w14:textId="77777777" w:rsidR="00F50FA0" w:rsidRPr="00F50FA0" w:rsidRDefault="00F50FA0" w:rsidP="00F50FA0">
      <w:pPr>
        <w:rPr>
          <w:lang w:val="pt-BR"/>
        </w:rPr>
      </w:pPr>
      <w:r w:rsidRPr="00F50FA0">
        <w:rPr>
          <w:b/>
          <w:bCs/>
          <w:lang w:val="pt-BR"/>
        </w:rPr>
        <w:t>Banco de Dados</w:t>
      </w:r>
    </w:p>
    <w:p w14:paraId="522E11AD" w14:textId="7F54B54D" w:rsidR="00F50FA0" w:rsidRPr="00F50FA0" w:rsidRDefault="00EF58AE" w:rsidP="00EF58AE">
      <w:r w:rsidRPr="00EF58AE">
        <w:t>•</w:t>
      </w:r>
      <w:r w:rsidR="00F50FA0" w:rsidRPr="00F50FA0">
        <w:t xml:space="preserve">PostgreSQL </w:t>
      </w:r>
    </w:p>
    <w:p w14:paraId="4C690E10" w14:textId="77777777" w:rsidR="00F50FA0" w:rsidRPr="00F50FA0" w:rsidRDefault="00F50FA0" w:rsidP="00F50FA0">
      <w:r w:rsidRPr="00F50FA0">
        <w:rPr>
          <w:b/>
          <w:bCs/>
        </w:rPr>
        <w:t>Ferramentas</w:t>
      </w:r>
    </w:p>
    <w:p w14:paraId="38EAC958" w14:textId="5CFE7BC0" w:rsidR="00F50FA0" w:rsidRPr="00F50FA0" w:rsidRDefault="00EF58AE" w:rsidP="00EF58AE">
      <w:pPr>
        <w:tabs>
          <w:tab w:val="num" w:pos="720"/>
        </w:tabs>
        <w:rPr>
          <w:b/>
          <w:bCs/>
        </w:rPr>
      </w:pPr>
      <w:r w:rsidRPr="00EF58AE">
        <w:t>•</w:t>
      </w:r>
      <w:r>
        <w:t xml:space="preserve"> </w:t>
      </w:r>
      <w:r w:rsidR="00F50FA0" w:rsidRPr="00F50FA0">
        <w:t xml:space="preserve">Git    </w:t>
      </w:r>
      <w:r w:rsidRPr="00EF58AE">
        <w:t>•</w:t>
      </w:r>
      <w:r w:rsidR="00F50FA0" w:rsidRPr="00F50FA0">
        <w:t xml:space="preserve"> GitHub      </w:t>
      </w:r>
      <w:r w:rsidRPr="00EF58AE">
        <w:t>•</w:t>
      </w:r>
      <w:r w:rsidR="00F50FA0" w:rsidRPr="00F50FA0">
        <w:t xml:space="preserve"> APIs REST     </w:t>
      </w:r>
      <w:r w:rsidRPr="00EF58AE">
        <w:t>•</w:t>
      </w:r>
      <w:r w:rsidR="00F50FA0" w:rsidRPr="00F50FA0">
        <w:t xml:space="preserve"> GitHub Pages    </w:t>
      </w:r>
      <w:r w:rsidR="00F50FA0" w:rsidRPr="00F50FA0">
        <w:br/>
      </w:r>
      <w:r w:rsidR="00F50FA0" w:rsidRPr="00F50FA0">
        <w:rPr>
          <w:b/>
          <w:bCs/>
        </w:rPr>
        <w:t xml:space="preserve"> </w:t>
      </w:r>
    </w:p>
    <w:p w14:paraId="79FD37E6" w14:textId="6BA87704" w:rsidR="00F50FA0" w:rsidRPr="00F50FA0" w:rsidRDefault="00F50FA0" w:rsidP="00F50FA0">
      <w:pPr>
        <w:tabs>
          <w:tab w:val="num" w:pos="720"/>
        </w:tabs>
        <w:rPr>
          <w:lang w:val="pt-BR"/>
        </w:rPr>
      </w:pPr>
      <w:r w:rsidRPr="00F50FA0">
        <w:rPr>
          <w:b/>
          <w:bCs/>
          <w:lang w:val="pt-BR"/>
        </w:rPr>
        <w:t>Conhecimentos</w:t>
      </w:r>
    </w:p>
    <w:p w14:paraId="5A008199" w14:textId="13306473" w:rsidR="00F50FA0" w:rsidRPr="00F50FA0" w:rsidRDefault="00EF58AE" w:rsidP="00EF58AE">
      <w:pPr>
        <w:tabs>
          <w:tab w:val="num" w:pos="720"/>
        </w:tabs>
        <w:rPr>
          <w:lang w:val="pt-BR"/>
        </w:rPr>
      </w:pPr>
      <w:r w:rsidRPr="00EF58AE">
        <w:rPr>
          <w:lang w:val="pt-BR"/>
        </w:rPr>
        <w:t xml:space="preserve">• </w:t>
      </w:r>
      <w:r w:rsidR="00F50FA0" w:rsidRPr="00F50FA0">
        <w:rPr>
          <w:lang w:val="pt-BR"/>
        </w:rPr>
        <w:t>OCR</w:t>
      </w:r>
      <w:r w:rsidR="00F50FA0">
        <w:rPr>
          <w:lang w:val="pt-BR"/>
        </w:rPr>
        <w:t xml:space="preserve">    </w:t>
      </w:r>
      <w:r w:rsidRPr="00EF58AE">
        <w:rPr>
          <w:lang w:val="pt-BR"/>
        </w:rPr>
        <w:t>•</w:t>
      </w:r>
      <w:r w:rsidR="00F50FA0">
        <w:rPr>
          <w:lang w:val="pt-BR"/>
        </w:rPr>
        <w:t xml:space="preserve"> </w:t>
      </w:r>
      <w:r w:rsidR="00F50FA0" w:rsidRPr="00F50FA0">
        <w:rPr>
          <w:lang w:val="pt-BR"/>
        </w:rPr>
        <w:t xml:space="preserve">QR Code </w:t>
      </w:r>
      <w:r w:rsidR="00F50FA0">
        <w:rPr>
          <w:lang w:val="pt-BR"/>
        </w:rPr>
        <w:t xml:space="preserve">     </w:t>
      </w:r>
      <w:r w:rsidRPr="00EF58AE">
        <w:rPr>
          <w:lang w:val="pt-BR"/>
        </w:rPr>
        <w:t>•</w:t>
      </w:r>
      <w:r w:rsidR="00F50FA0">
        <w:rPr>
          <w:lang w:val="pt-BR"/>
        </w:rPr>
        <w:t xml:space="preserve"> </w:t>
      </w:r>
      <w:r w:rsidR="00F50FA0" w:rsidRPr="00F50FA0">
        <w:rPr>
          <w:lang w:val="pt-BR"/>
        </w:rPr>
        <w:t>Desenvolvimento Mobile</w:t>
      </w:r>
    </w:p>
    <w:p w14:paraId="71DE4831" w14:textId="00683091" w:rsidR="00780FC0" w:rsidRPr="00474BED" w:rsidRDefault="003B2664" w:rsidP="003B2664">
      <w:pPr>
        <w:rPr>
          <w:lang w:val="pt-BR"/>
        </w:rPr>
      </w:pPr>
      <w:r>
        <w:rPr>
          <w:lang w:val="pt-BR"/>
        </w:rPr>
        <w:br/>
      </w:r>
      <w:r w:rsidRPr="00474BED">
        <w:rPr>
          <w:lang w:val="pt-BR"/>
        </w:rPr>
        <w:t xml:space="preserve">Outros conhecimentos: Inteligência Artificial aplicada, </w:t>
      </w:r>
      <w:proofErr w:type="spellStart"/>
      <w:r w:rsidRPr="00474BED">
        <w:rPr>
          <w:lang w:val="pt-BR"/>
        </w:rPr>
        <w:t>Salesforce</w:t>
      </w:r>
      <w:proofErr w:type="spellEnd"/>
      <w:r w:rsidRPr="00474BED">
        <w:rPr>
          <w:lang w:val="pt-BR"/>
        </w:rPr>
        <w:t xml:space="preserve"> (em formação)</w:t>
      </w:r>
      <w:r w:rsidR="00613EC6">
        <w:rPr>
          <w:lang w:val="pt-BR"/>
        </w:rPr>
        <w:t>, Soft Skills</w:t>
      </w:r>
    </w:p>
    <w:p w14:paraId="77847D9A" w14:textId="333D430C" w:rsidR="00780FC0" w:rsidRPr="00474BED" w:rsidRDefault="00000000">
      <w:pPr>
        <w:pStyle w:val="Ttulo1"/>
        <w:rPr>
          <w:lang w:val="pt-BR"/>
        </w:rPr>
      </w:pPr>
      <w:r w:rsidRPr="00474BED">
        <w:rPr>
          <w:lang w:val="pt-BR"/>
        </w:rPr>
        <w:t>Projetos em Tecnologia</w:t>
      </w:r>
      <w:r w:rsidR="00EF58AE">
        <w:rPr>
          <w:lang w:val="pt-BR"/>
        </w:rPr>
        <w:br/>
      </w:r>
    </w:p>
    <w:p w14:paraId="391904CD" w14:textId="4F215D6D" w:rsidR="00780FC0" w:rsidRDefault="00000000">
      <w:pPr>
        <w:rPr>
          <w:lang w:val="pt-BR"/>
        </w:rPr>
      </w:pPr>
      <w:r w:rsidRPr="00474BED">
        <w:rPr>
          <w:lang w:val="pt-BR"/>
        </w:rPr>
        <w:t>Portfólio Web Profissional</w:t>
      </w:r>
      <w:r w:rsidR="00EF58AE">
        <w:rPr>
          <w:lang w:val="pt-BR"/>
        </w:rPr>
        <w:br/>
      </w:r>
      <w:r w:rsidRPr="00474BED">
        <w:rPr>
          <w:lang w:val="pt-BR"/>
        </w:rPr>
        <w:t>Tecnologias: HTML, CSS</w:t>
      </w:r>
      <w:r w:rsidR="00EF58AE">
        <w:rPr>
          <w:lang w:val="pt-BR"/>
        </w:rPr>
        <w:br/>
      </w:r>
      <w:hyperlink r:id="rId7" w:history="1">
        <w:r w:rsidR="001E3696" w:rsidRPr="001E3696">
          <w:rPr>
            <w:rStyle w:val="Hyperlink"/>
            <w:lang w:val="pt-BR"/>
          </w:rPr>
          <w:t>https://silecout.github.io/portfolio-josilene/</w:t>
        </w:r>
      </w:hyperlink>
      <w:r w:rsidR="001E3696">
        <w:rPr>
          <w:lang w:val="pt-BR"/>
        </w:rPr>
        <w:br/>
      </w:r>
      <w:r w:rsidRPr="00474BED">
        <w:rPr>
          <w:lang w:val="pt-BR"/>
        </w:rPr>
        <w:t>Desenvolvimento de site pessoal com apresentação profissional, projetos e publicação em ambiente cloud.</w:t>
      </w:r>
      <w:r w:rsidR="00F040E7">
        <w:rPr>
          <w:lang w:val="pt-BR"/>
        </w:rPr>
        <w:t xml:space="preserve">  </w:t>
      </w:r>
      <w:r w:rsidR="00F040E7">
        <w:rPr>
          <w:lang w:val="pt-BR"/>
        </w:rPr>
        <w:br/>
      </w:r>
      <w:r w:rsidR="00F040E7">
        <w:rPr>
          <w:lang w:val="pt-BR"/>
        </w:rPr>
        <w:br/>
      </w:r>
      <w:r w:rsidRPr="00474BED">
        <w:rPr>
          <w:lang w:val="pt-BR"/>
        </w:rPr>
        <w:t xml:space="preserve">GitHub: </w:t>
      </w:r>
      <w:hyperlink r:id="rId8" w:history="1">
        <w:r w:rsidR="00780FC0" w:rsidRPr="00613EC6">
          <w:rPr>
            <w:rStyle w:val="Hyperlink"/>
            <w:lang w:val="pt-BR"/>
          </w:rPr>
          <w:t>https://github.com/SileCout</w:t>
        </w:r>
      </w:hyperlink>
      <w:r w:rsidR="00C81797">
        <w:rPr>
          <w:lang w:val="pt-BR"/>
        </w:rPr>
        <w:br/>
      </w:r>
      <w:r w:rsidR="00C81797" w:rsidRPr="00C81797">
        <w:rPr>
          <w:lang w:val="pt-BR"/>
        </w:rPr>
        <w:t xml:space="preserve">Aplicação web para pesquisa de usuários do GitHub, consulta de repositórios e consumo de API REST, desenvolvida em </w:t>
      </w:r>
      <w:proofErr w:type="spellStart"/>
      <w:r w:rsidR="00C81797" w:rsidRPr="00C81797">
        <w:rPr>
          <w:lang w:val="pt-BR"/>
        </w:rPr>
        <w:t>React</w:t>
      </w:r>
      <w:proofErr w:type="spellEnd"/>
      <w:r w:rsidR="00C81797" w:rsidRPr="00C81797">
        <w:rPr>
          <w:lang w:val="pt-BR"/>
        </w:rPr>
        <w:t xml:space="preserve"> com foco em boas práticas de desenvolvimento</w:t>
      </w:r>
      <w:r w:rsidR="00C81797">
        <w:rPr>
          <w:lang w:val="pt-BR"/>
        </w:rPr>
        <w:t>.</w:t>
      </w:r>
    </w:p>
    <w:p w14:paraId="0824BB6D" w14:textId="29867CDA" w:rsidR="00C81797" w:rsidRDefault="00C81797">
      <w:pPr>
        <w:rPr>
          <w:lang w:val="pt-BR"/>
        </w:rPr>
      </w:pPr>
      <w:proofErr w:type="spellStart"/>
      <w:r w:rsidRPr="00C81797">
        <w:rPr>
          <w:lang w:val="pt-BR"/>
        </w:rPr>
        <w:lastRenderedPageBreak/>
        <w:t>SileBills</w:t>
      </w:r>
      <w:proofErr w:type="spellEnd"/>
      <w:r>
        <w:rPr>
          <w:lang w:val="pt-BR"/>
        </w:rPr>
        <w:t>:</w:t>
      </w:r>
      <w:r w:rsidRPr="00C81797">
        <w:rPr>
          <w:lang w:val="pt-BR"/>
        </w:rPr>
        <w:br/>
        <w:t xml:space="preserve">Aplicativo mobile para gerenciamento financeiro doméstico, com leitura de notas fiscais via QR Code e OCR, utilizando </w:t>
      </w:r>
      <w:proofErr w:type="spellStart"/>
      <w:r w:rsidRPr="00C81797">
        <w:rPr>
          <w:lang w:val="pt-BR"/>
        </w:rPr>
        <w:t>React</w:t>
      </w:r>
      <w:proofErr w:type="spellEnd"/>
      <w:r w:rsidRPr="00C81797">
        <w:rPr>
          <w:lang w:val="pt-BR"/>
        </w:rPr>
        <w:t xml:space="preserve"> </w:t>
      </w:r>
      <w:proofErr w:type="spellStart"/>
      <w:r w:rsidRPr="00C81797">
        <w:rPr>
          <w:lang w:val="pt-BR"/>
        </w:rPr>
        <w:t>Native</w:t>
      </w:r>
      <w:proofErr w:type="spellEnd"/>
      <w:r w:rsidRPr="00C81797">
        <w:rPr>
          <w:lang w:val="pt-BR"/>
        </w:rPr>
        <w:t xml:space="preserve">, </w:t>
      </w:r>
      <w:proofErr w:type="spellStart"/>
      <w:r w:rsidRPr="00C81797">
        <w:rPr>
          <w:lang w:val="pt-BR"/>
        </w:rPr>
        <w:t>FastAPI</w:t>
      </w:r>
      <w:proofErr w:type="spellEnd"/>
      <w:r w:rsidRPr="00C81797">
        <w:rPr>
          <w:lang w:val="pt-BR"/>
        </w:rPr>
        <w:t>, Python e PostgreSQL.</w:t>
      </w:r>
    </w:p>
    <w:p w14:paraId="471C3D38" w14:textId="6AD23AED" w:rsidR="00C81797" w:rsidRDefault="00C81797">
      <w:pPr>
        <w:rPr>
          <w:lang w:val="pt-BR"/>
        </w:rPr>
      </w:pPr>
      <w:r w:rsidRPr="00C81797">
        <w:rPr>
          <w:lang w:val="pt-BR"/>
        </w:rPr>
        <w:t>App Clima T</w:t>
      </w:r>
      <w:r>
        <w:rPr>
          <w:lang w:val="pt-BR"/>
        </w:rPr>
        <w:t>empo</w:t>
      </w:r>
      <w:r>
        <w:rPr>
          <w:lang w:val="pt-BR"/>
        </w:rPr>
        <w:br/>
      </w:r>
      <w:hyperlink r:id="rId9" w:history="1">
        <w:r w:rsidRPr="00893FD7">
          <w:rPr>
            <w:rStyle w:val="Hyperlink"/>
            <w:lang w:val="pt-BR"/>
          </w:rPr>
          <w:t>https://silecout.github.io/app-clima-react/</w:t>
        </w:r>
      </w:hyperlink>
      <w:r>
        <w:rPr>
          <w:lang w:val="pt-BR"/>
        </w:rPr>
        <w:t xml:space="preserve"> </w:t>
      </w:r>
      <w:r>
        <w:rPr>
          <w:lang w:val="pt-BR"/>
        </w:rPr>
        <w:br/>
      </w:r>
      <w:r w:rsidRPr="00C81797">
        <w:rPr>
          <w:lang w:val="pt-BR"/>
        </w:rPr>
        <w:t xml:space="preserve">Aplicação </w:t>
      </w:r>
      <w:proofErr w:type="spellStart"/>
      <w:r w:rsidRPr="00C81797">
        <w:rPr>
          <w:lang w:val="pt-BR"/>
        </w:rPr>
        <w:t>React</w:t>
      </w:r>
      <w:proofErr w:type="spellEnd"/>
      <w:r w:rsidRPr="00C81797">
        <w:rPr>
          <w:lang w:val="pt-BR"/>
        </w:rPr>
        <w:t xml:space="preserve"> para previsão do tempo consumindo API </w:t>
      </w:r>
      <w:proofErr w:type="spellStart"/>
      <w:r w:rsidRPr="00C81797">
        <w:rPr>
          <w:lang w:val="pt-BR"/>
        </w:rPr>
        <w:t>OpenWeather</w:t>
      </w:r>
      <w:proofErr w:type="spellEnd"/>
      <w:r w:rsidRPr="00C81797">
        <w:rPr>
          <w:lang w:val="pt-BR"/>
        </w:rPr>
        <w:t>.</w:t>
      </w:r>
    </w:p>
    <w:p w14:paraId="5D32ABC9" w14:textId="235DBCA1" w:rsidR="00F50FA0" w:rsidRDefault="00F50FA0">
      <w:pPr>
        <w:pStyle w:val="Ttulo1"/>
        <w:rPr>
          <w:rFonts w:ascii="Arial" w:eastAsiaTheme="minorEastAsia" w:hAnsi="Arial" w:cstheme="minorBidi"/>
          <w:b w:val="0"/>
          <w:bCs w:val="0"/>
          <w:color w:val="auto"/>
          <w:sz w:val="22"/>
          <w:szCs w:val="22"/>
          <w:lang w:val="pt-BR"/>
        </w:rPr>
      </w:pPr>
      <w:r w:rsidRPr="00F50FA0">
        <w:rPr>
          <w:rFonts w:ascii="Arial" w:eastAsiaTheme="minorEastAsia" w:hAnsi="Arial" w:cstheme="minorBidi"/>
          <w:b w:val="0"/>
          <w:bCs w:val="0"/>
          <w:color w:val="auto"/>
          <w:sz w:val="22"/>
          <w:szCs w:val="22"/>
          <w:lang w:val="pt-BR"/>
        </w:rPr>
        <w:t>Outros projetos disponíveis no GitHub, incluindo aplicações de lista de tarefas, busca de CEP</w:t>
      </w:r>
      <w:r w:rsidR="00BE7BEA">
        <w:rPr>
          <w:rFonts w:ascii="Arial" w:eastAsiaTheme="minorEastAsia" w:hAnsi="Arial" w:cstheme="minorBidi"/>
          <w:b w:val="0"/>
          <w:bCs w:val="0"/>
          <w:color w:val="auto"/>
          <w:sz w:val="22"/>
          <w:szCs w:val="22"/>
          <w:lang w:val="pt-BR"/>
        </w:rPr>
        <w:t xml:space="preserve"> </w:t>
      </w:r>
      <w:r w:rsidRPr="00F50FA0">
        <w:rPr>
          <w:rFonts w:ascii="Arial" w:eastAsiaTheme="minorEastAsia" w:hAnsi="Arial" w:cstheme="minorBidi"/>
          <w:b w:val="0"/>
          <w:bCs w:val="0"/>
          <w:color w:val="auto"/>
          <w:sz w:val="22"/>
          <w:szCs w:val="22"/>
          <w:lang w:val="pt-BR"/>
        </w:rPr>
        <w:t xml:space="preserve"> e portfólio web.</w:t>
      </w:r>
    </w:p>
    <w:p w14:paraId="0FD9FC80" w14:textId="7843D441" w:rsidR="00780FC0" w:rsidRPr="00474BED" w:rsidRDefault="00000000">
      <w:pPr>
        <w:pStyle w:val="Ttulo1"/>
        <w:rPr>
          <w:lang w:val="pt-BR"/>
        </w:rPr>
      </w:pPr>
      <w:r w:rsidRPr="00474BED">
        <w:rPr>
          <w:lang w:val="pt-BR"/>
        </w:rPr>
        <w:t>Experiência Profissional</w:t>
      </w:r>
    </w:p>
    <w:p w14:paraId="38B86DAD" w14:textId="77777777" w:rsidR="00780FC0" w:rsidRPr="00474BED" w:rsidRDefault="00000000">
      <w:pPr>
        <w:rPr>
          <w:lang w:val="pt-BR"/>
        </w:rPr>
      </w:pPr>
      <w:r w:rsidRPr="00474BED">
        <w:rPr>
          <w:lang w:val="pt-BR"/>
        </w:rPr>
        <w:t xml:space="preserve">Enfermeira / Técnica de Enfermagem – Hospital HMTJ / Home </w:t>
      </w:r>
      <w:proofErr w:type="spellStart"/>
      <w:r w:rsidRPr="00474BED">
        <w:rPr>
          <w:lang w:val="pt-BR"/>
        </w:rPr>
        <w:t>Care</w:t>
      </w:r>
      <w:proofErr w:type="spellEnd"/>
      <w:r w:rsidRPr="00474BED">
        <w:rPr>
          <w:lang w:val="pt-BR"/>
        </w:rPr>
        <w:t xml:space="preserve"> (2017 – 2024)</w:t>
      </w:r>
    </w:p>
    <w:p w14:paraId="7DBFE50A" w14:textId="574ED36E" w:rsidR="00780FC0" w:rsidRPr="00474BED" w:rsidRDefault="00000000">
      <w:pPr>
        <w:rPr>
          <w:lang w:val="pt-BR"/>
        </w:rPr>
      </w:pPr>
      <w:r w:rsidRPr="00474BED">
        <w:rPr>
          <w:lang w:val="pt-BR"/>
        </w:rPr>
        <w:t>• Atendimento a pacientes em enfermaria e pronto atendimento</w:t>
      </w:r>
      <w:r w:rsidR="00C81797">
        <w:rPr>
          <w:lang w:val="pt-BR"/>
        </w:rPr>
        <w:t xml:space="preserve">. </w:t>
      </w:r>
      <w:r w:rsidRPr="00474BED">
        <w:rPr>
          <w:lang w:val="pt-BR"/>
        </w:rPr>
        <w:t>• Trabalho em equipe multidisciplinar</w:t>
      </w:r>
      <w:r w:rsidR="00C81797">
        <w:rPr>
          <w:lang w:val="pt-BR"/>
        </w:rPr>
        <w:t xml:space="preserve">. </w:t>
      </w:r>
      <w:r w:rsidRPr="00474BED">
        <w:rPr>
          <w:lang w:val="pt-BR"/>
        </w:rPr>
        <w:t>• Organização de rotinas e processos assistenciais</w:t>
      </w:r>
      <w:r w:rsidR="00C81797">
        <w:rPr>
          <w:lang w:val="pt-BR"/>
        </w:rPr>
        <w:t xml:space="preserve">. </w:t>
      </w:r>
      <w:r w:rsidRPr="00474BED">
        <w:rPr>
          <w:lang w:val="pt-BR"/>
        </w:rPr>
        <w:t>• Comunicação com equipes médicas e familiares</w:t>
      </w:r>
      <w:r w:rsidR="00C81797">
        <w:rPr>
          <w:lang w:val="pt-BR"/>
        </w:rPr>
        <w:t xml:space="preserve">. </w:t>
      </w:r>
      <w:r w:rsidRPr="00474BED">
        <w:rPr>
          <w:lang w:val="pt-BR"/>
        </w:rPr>
        <w:t>• Tomada de decisão em ambientes de alta responsabilidade</w:t>
      </w:r>
      <w:r w:rsidR="00C81797">
        <w:rPr>
          <w:lang w:val="pt-BR"/>
        </w:rPr>
        <w:t xml:space="preserve">. </w:t>
      </w:r>
      <w:r w:rsidRPr="00474BED">
        <w:rPr>
          <w:lang w:val="pt-BR"/>
        </w:rPr>
        <w:t>• Resolução de problemas e gestão de situações críticas</w:t>
      </w:r>
      <w:r w:rsidR="00C81797">
        <w:rPr>
          <w:lang w:val="pt-BR"/>
        </w:rPr>
        <w:t>.</w:t>
      </w:r>
    </w:p>
    <w:p w14:paraId="45C2A539" w14:textId="77777777" w:rsidR="00780FC0" w:rsidRPr="00474BED" w:rsidRDefault="00000000">
      <w:pPr>
        <w:pStyle w:val="Ttulo1"/>
        <w:rPr>
          <w:lang w:val="pt-BR"/>
        </w:rPr>
      </w:pPr>
      <w:r w:rsidRPr="00474BED">
        <w:rPr>
          <w:lang w:val="pt-BR"/>
        </w:rPr>
        <w:t>Competências Profissionais</w:t>
      </w:r>
    </w:p>
    <w:p w14:paraId="7DCD72F5" w14:textId="043A7D55" w:rsidR="00613EC6" w:rsidRPr="00613EC6" w:rsidRDefault="00613EC6" w:rsidP="00613EC6">
      <w:pPr>
        <w:rPr>
          <w:lang w:val="pt-BR"/>
        </w:rPr>
      </w:pPr>
      <w:r w:rsidRPr="00474BED">
        <w:rPr>
          <w:lang w:val="pt-BR"/>
        </w:rPr>
        <w:t>•</w:t>
      </w:r>
      <w:r w:rsidRPr="00613EC6">
        <w:rPr>
          <w:lang w:val="pt-BR"/>
        </w:rPr>
        <w:t xml:space="preserve"> Organização e atenção aos detalhes</w:t>
      </w:r>
      <w:r>
        <w:rPr>
          <w:lang w:val="pt-BR"/>
        </w:rPr>
        <w:t xml:space="preserve"> </w:t>
      </w:r>
      <w:r w:rsidRPr="00474BED">
        <w:rPr>
          <w:lang w:val="pt-BR"/>
        </w:rPr>
        <w:t xml:space="preserve"> •</w:t>
      </w:r>
      <w:r>
        <w:rPr>
          <w:lang w:val="pt-BR"/>
        </w:rPr>
        <w:t xml:space="preserve"> </w:t>
      </w:r>
      <w:r w:rsidR="00442492">
        <w:rPr>
          <w:lang w:val="pt-BR"/>
        </w:rPr>
        <w:t>Capacidade</w:t>
      </w:r>
      <w:r w:rsidRPr="00474BED">
        <w:rPr>
          <w:lang w:val="pt-BR"/>
        </w:rPr>
        <w:t xml:space="preserve"> analític</w:t>
      </w:r>
      <w:r w:rsidR="00442492">
        <w:rPr>
          <w:lang w:val="pt-BR"/>
        </w:rPr>
        <w:t>a</w:t>
      </w:r>
      <w:r w:rsidRPr="00474BED">
        <w:rPr>
          <w:lang w:val="pt-BR"/>
        </w:rPr>
        <w:t xml:space="preserve"> </w:t>
      </w:r>
      <w:r>
        <w:rPr>
          <w:lang w:val="pt-BR"/>
        </w:rPr>
        <w:t xml:space="preserve"> </w:t>
      </w:r>
      <w:r w:rsidRPr="00474BED">
        <w:rPr>
          <w:lang w:val="pt-BR"/>
        </w:rPr>
        <w:t>• Comunicação</w:t>
      </w:r>
      <w:r>
        <w:rPr>
          <w:lang w:val="pt-BR"/>
        </w:rPr>
        <w:t xml:space="preserve"> </w:t>
      </w:r>
      <w:r w:rsidRPr="00474BED">
        <w:rPr>
          <w:lang w:val="pt-BR"/>
        </w:rPr>
        <w:t xml:space="preserve"> </w:t>
      </w:r>
      <w:r>
        <w:rPr>
          <w:lang w:val="pt-BR"/>
        </w:rPr>
        <w:t xml:space="preserve"> </w:t>
      </w:r>
      <w:r w:rsidRPr="00474BED">
        <w:rPr>
          <w:lang w:val="pt-BR"/>
        </w:rPr>
        <w:t>•Resolução de problemas</w:t>
      </w:r>
      <w:r>
        <w:rPr>
          <w:lang w:val="pt-BR"/>
        </w:rPr>
        <w:t xml:space="preserve"> </w:t>
      </w:r>
      <w:r w:rsidRPr="00474BED">
        <w:rPr>
          <w:lang w:val="pt-BR"/>
        </w:rPr>
        <w:t>•</w:t>
      </w:r>
      <w:r>
        <w:rPr>
          <w:lang w:val="pt-BR"/>
        </w:rPr>
        <w:t xml:space="preserve"> </w:t>
      </w:r>
      <w:r w:rsidRPr="00613EC6">
        <w:rPr>
          <w:lang w:val="pt-BR"/>
        </w:rPr>
        <w:t>Desenvolvimento de projetos próprios para portfólio</w:t>
      </w:r>
      <w:r>
        <w:rPr>
          <w:lang w:val="pt-BR"/>
        </w:rPr>
        <w:t xml:space="preserve">  </w:t>
      </w:r>
      <w:r w:rsidR="00F50FA0">
        <w:rPr>
          <w:lang w:val="pt-BR"/>
        </w:rPr>
        <w:br/>
      </w:r>
      <w:r w:rsidRPr="00474BED">
        <w:rPr>
          <w:lang w:val="pt-BR"/>
        </w:rPr>
        <w:t>•</w:t>
      </w:r>
      <w:r w:rsidRPr="00613EC6">
        <w:rPr>
          <w:lang w:val="pt-BR"/>
        </w:rPr>
        <w:t xml:space="preserve"> Foco no atendimento ao público</w:t>
      </w:r>
      <w:r>
        <w:rPr>
          <w:lang w:val="pt-BR"/>
        </w:rPr>
        <w:t xml:space="preserve">  •</w:t>
      </w:r>
      <w:r w:rsidRPr="00613EC6">
        <w:rPr>
          <w:lang w:val="pt-BR"/>
        </w:rPr>
        <w:t xml:space="preserve"> Comunicação empática</w:t>
      </w:r>
      <w:r>
        <w:rPr>
          <w:lang w:val="pt-BR"/>
        </w:rPr>
        <w:t xml:space="preserve"> </w:t>
      </w:r>
      <w:r w:rsidRPr="00474BED">
        <w:rPr>
          <w:lang w:val="pt-BR"/>
        </w:rPr>
        <w:t>•</w:t>
      </w:r>
      <w:r>
        <w:rPr>
          <w:lang w:val="pt-BR"/>
        </w:rPr>
        <w:t xml:space="preserve"> </w:t>
      </w:r>
      <w:r w:rsidRPr="00613EC6">
        <w:rPr>
          <w:lang w:val="pt-BR"/>
        </w:rPr>
        <w:t>Inteligência emocional e responsabilidade emocional</w:t>
      </w:r>
      <w:r>
        <w:rPr>
          <w:lang w:val="pt-BR"/>
        </w:rPr>
        <w:t xml:space="preserve">   </w:t>
      </w:r>
      <w:r w:rsidRPr="00474BED">
        <w:rPr>
          <w:lang w:val="pt-BR"/>
        </w:rPr>
        <w:t>•</w:t>
      </w:r>
      <w:r>
        <w:rPr>
          <w:lang w:val="pt-BR"/>
        </w:rPr>
        <w:t xml:space="preserve"> </w:t>
      </w:r>
      <w:r w:rsidRPr="00613EC6">
        <w:rPr>
          <w:lang w:val="pt-BR"/>
        </w:rPr>
        <w:t>Facilidade para aprender e buscar soluções</w:t>
      </w:r>
      <w:r>
        <w:rPr>
          <w:lang w:val="pt-BR"/>
        </w:rPr>
        <w:t xml:space="preserve"> </w:t>
      </w:r>
      <w:r w:rsidRPr="00474BED">
        <w:rPr>
          <w:lang w:val="pt-BR"/>
        </w:rPr>
        <w:t>•</w:t>
      </w:r>
      <w:r>
        <w:rPr>
          <w:lang w:val="pt-BR"/>
        </w:rPr>
        <w:t xml:space="preserve"> </w:t>
      </w:r>
      <w:r w:rsidRPr="00613EC6">
        <w:rPr>
          <w:lang w:val="pt-BR"/>
        </w:rPr>
        <w:t>Comprometimento e dedicação</w:t>
      </w:r>
      <w:r>
        <w:rPr>
          <w:lang w:val="pt-BR"/>
        </w:rPr>
        <w:t xml:space="preserve">   </w:t>
      </w:r>
      <w:r w:rsidRPr="00474BED">
        <w:rPr>
          <w:lang w:val="pt-BR"/>
        </w:rPr>
        <w:t>•</w:t>
      </w:r>
      <w:r>
        <w:rPr>
          <w:lang w:val="pt-BR"/>
        </w:rPr>
        <w:t xml:space="preserve"> </w:t>
      </w:r>
      <w:r w:rsidRPr="00613EC6">
        <w:rPr>
          <w:lang w:val="pt-BR"/>
        </w:rPr>
        <w:t>Trabalho em equipe</w:t>
      </w:r>
      <w:r>
        <w:rPr>
          <w:lang w:val="pt-BR"/>
        </w:rPr>
        <w:t xml:space="preserve">   </w:t>
      </w:r>
      <w:r w:rsidRPr="00474BED">
        <w:rPr>
          <w:lang w:val="pt-BR"/>
        </w:rPr>
        <w:t>•</w:t>
      </w:r>
      <w:r w:rsidRPr="00613EC6">
        <w:rPr>
          <w:lang w:val="pt-BR"/>
        </w:rPr>
        <w:t>Maturidade profissional adquirida na área da saúde</w:t>
      </w:r>
      <w:r>
        <w:rPr>
          <w:lang w:val="pt-BR"/>
        </w:rPr>
        <w:t>.</w:t>
      </w:r>
    </w:p>
    <w:p w14:paraId="3AA578EB" w14:textId="4DC00D93" w:rsidR="00613EC6" w:rsidRPr="00613EC6" w:rsidRDefault="00613EC6" w:rsidP="00613EC6">
      <w:pPr>
        <w:rPr>
          <w:lang w:val="pt-BR"/>
        </w:rPr>
      </w:pPr>
    </w:p>
    <w:p w14:paraId="3E791B0F" w14:textId="77777777" w:rsidR="00317877" w:rsidRDefault="00317877">
      <w:pPr>
        <w:rPr>
          <w:lang w:val="pt-BR"/>
        </w:rPr>
      </w:pPr>
    </w:p>
    <w:p w14:paraId="4A0F9C61" w14:textId="77777777" w:rsidR="00317877" w:rsidRDefault="00317877">
      <w:pPr>
        <w:rPr>
          <w:lang w:val="pt-BR"/>
        </w:rPr>
      </w:pPr>
    </w:p>
    <w:p w14:paraId="167574AE" w14:textId="77777777" w:rsidR="00317877" w:rsidRDefault="00317877">
      <w:pPr>
        <w:rPr>
          <w:lang w:val="pt-BR"/>
        </w:rPr>
      </w:pPr>
    </w:p>
    <w:p w14:paraId="20491EEB" w14:textId="77777777" w:rsidR="00317877" w:rsidRDefault="00317877">
      <w:pPr>
        <w:rPr>
          <w:lang w:val="pt-BR"/>
        </w:rPr>
      </w:pPr>
    </w:p>
    <w:p w14:paraId="3D34DFB0" w14:textId="77777777" w:rsidR="000676C5" w:rsidRDefault="00317877">
      <w:pPr>
        <w:rPr>
          <w:lang w:val="pt-BR"/>
        </w:rPr>
      </w:pPr>
      <w:r>
        <w:rPr>
          <w:lang w:val="pt-BR"/>
        </w:rPr>
        <w:t xml:space="preserve">                               </w:t>
      </w:r>
    </w:p>
    <w:p w14:paraId="2D5160FF" w14:textId="77777777" w:rsidR="00BE7BEA" w:rsidRDefault="000676C5">
      <w:pPr>
        <w:rPr>
          <w:lang w:val="pt-BR"/>
        </w:rPr>
      </w:pPr>
      <w:r>
        <w:rPr>
          <w:lang w:val="pt-BR"/>
        </w:rPr>
        <w:t xml:space="preserve">                                   </w:t>
      </w:r>
    </w:p>
    <w:p w14:paraId="57328820" w14:textId="77777777" w:rsidR="00BE7BEA" w:rsidRDefault="00BE7BEA">
      <w:pPr>
        <w:rPr>
          <w:lang w:val="pt-BR"/>
        </w:rPr>
      </w:pPr>
    </w:p>
    <w:p w14:paraId="61D8A9C3" w14:textId="484B12C7" w:rsidR="00317877" w:rsidRDefault="00317877" w:rsidP="00BE7BEA">
      <w:pPr>
        <w:jc w:val="center"/>
        <w:rPr>
          <w:lang w:val="pt-BR"/>
        </w:rPr>
      </w:pPr>
      <w:r>
        <w:rPr>
          <w:lang w:val="pt-BR"/>
        </w:rPr>
        <w:t xml:space="preserve">JUIZ DE </w:t>
      </w:r>
      <w:r w:rsidR="000676C5">
        <w:rPr>
          <w:lang w:val="pt-BR"/>
        </w:rPr>
        <w:t>FORA, 06 de agosto d</w:t>
      </w:r>
      <w:r>
        <w:rPr>
          <w:lang w:val="pt-BR"/>
        </w:rPr>
        <w:t>e 2026</w:t>
      </w:r>
    </w:p>
    <w:sectPr w:rsidR="0031787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264FE9"/>
    <w:multiLevelType w:val="multilevel"/>
    <w:tmpl w:val="D83A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B926FD"/>
    <w:multiLevelType w:val="multilevel"/>
    <w:tmpl w:val="D186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C40251"/>
    <w:multiLevelType w:val="multilevel"/>
    <w:tmpl w:val="103C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9B2751"/>
    <w:multiLevelType w:val="multilevel"/>
    <w:tmpl w:val="EB8E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713406"/>
    <w:multiLevelType w:val="multilevel"/>
    <w:tmpl w:val="FD0AEE5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 w16cid:durableId="879049014">
    <w:abstractNumId w:val="8"/>
  </w:num>
  <w:num w:numId="2" w16cid:durableId="347216330">
    <w:abstractNumId w:val="6"/>
  </w:num>
  <w:num w:numId="3" w16cid:durableId="1540126696">
    <w:abstractNumId w:val="5"/>
  </w:num>
  <w:num w:numId="4" w16cid:durableId="746652175">
    <w:abstractNumId w:val="4"/>
  </w:num>
  <w:num w:numId="5" w16cid:durableId="1166944776">
    <w:abstractNumId w:val="7"/>
  </w:num>
  <w:num w:numId="6" w16cid:durableId="1809860351">
    <w:abstractNumId w:val="3"/>
  </w:num>
  <w:num w:numId="7" w16cid:durableId="1679430361">
    <w:abstractNumId w:val="2"/>
  </w:num>
  <w:num w:numId="8" w16cid:durableId="282463651">
    <w:abstractNumId w:val="1"/>
  </w:num>
  <w:num w:numId="9" w16cid:durableId="1688558560">
    <w:abstractNumId w:val="0"/>
  </w:num>
  <w:num w:numId="10" w16cid:durableId="1615137272">
    <w:abstractNumId w:val="13"/>
  </w:num>
  <w:num w:numId="11" w16cid:durableId="79639271">
    <w:abstractNumId w:val="10"/>
  </w:num>
  <w:num w:numId="12" w16cid:durableId="1788347447">
    <w:abstractNumId w:val="11"/>
  </w:num>
  <w:num w:numId="13" w16cid:durableId="1971207121">
    <w:abstractNumId w:val="12"/>
  </w:num>
  <w:num w:numId="14" w16cid:durableId="2049992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6C5"/>
    <w:rsid w:val="0015074B"/>
    <w:rsid w:val="001E3696"/>
    <w:rsid w:val="0029639D"/>
    <w:rsid w:val="00317877"/>
    <w:rsid w:val="00326F90"/>
    <w:rsid w:val="003B2664"/>
    <w:rsid w:val="003E4206"/>
    <w:rsid w:val="00442492"/>
    <w:rsid w:val="00463E8E"/>
    <w:rsid w:val="00474BED"/>
    <w:rsid w:val="004803D5"/>
    <w:rsid w:val="004D1533"/>
    <w:rsid w:val="005A79C9"/>
    <w:rsid w:val="00613EC6"/>
    <w:rsid w:val="00713B5F"/>
    <w:rsid w:val="00780FC0"/>
    <w:rsid w:val="00AA1D8D"/>
    <w:rsid w:val="00B47730"/>
    <w:rsid w:val="00BE7BEA"/>
    <w:rsid w:val="00C17F41"/>
    <w:rsid w:val="00C64C54"/>
    <w:rsid w:val="00C81797"/>
    <w:rsid w:val="00CB0664"/>
    <w:rsid w:val="00EF58AE"/>
    <w:rsid w:val="00F040E7"/>
    <w:rsid w:val="00F31EFF"/>
    <w:rsid w:val="00F50FA0"/>
    <w:rsid w:val="00FC03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050A0"/>
  <w14:defaultImageDpi w14:val="300"/>
  <w15:docId w15:val="{0B48558B-87AF-4ED1-9D36-47665797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C6"/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613EC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13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lecout.github.io/github-explorer/" TargetMode="External"/><Relationship Id="rId3" Type="http://schemas.openxmlformats.org/officeDocument/2006/relationships/styles" Target="styles.xml"/><Relationship Id="rId7" Type="http://schemas.openxmlformats.org/officeDocument/2006/relationships/hyperlink" Target="https://silecout.github.io/portfolio-josile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lecout.github.io/portfolio-josilen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lecout.github.io/app-clima-rea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686</Words>
  <Characters>3708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silecout@outlook.com</cp:lastModifiedBy>
  <cp:revision>14</cp:revision>
  <dcterms:created xsi:type="dcterms:W3CDTF">2013-12-23T23:15:00Z</dcterms:created>
  <dcterms:modified xsi:type="dcterms:W3CDTF">2026-08-11T11:21:00Z</dcterms:modified>
  <cp:category/>
</cp:coreProperties>
</file>